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2F3FE0"/>
          <w:sz w:val="40"/>
        </w:rPr>
        <w:t>INVOICE</w:t>
      </w:r>
    </w:p>
    <w:p>
      <w:pPr>
        <w:spacing w:after="0"/>
        <w:jc w:val="center"/>
      </w:pPr>
      <w:r>
        <w:rPr>
          <w:b/>
          <w:color w:val="0B1033"/>
          <w:sz w:val="28"/>
        </w:rPr>
        <w:t>[Business Name]</w:t>
      </w:r>
    </w:p>
    <w:p>
      <w:pPr>
        <w:spacing w:after="0"/>
        <w:jc w:val="center"/>
      </w:pPr>
      <w:r>
        <w:rPr>
          <w:b w:val="0"/>
          <w:color w:val="6B7280"/>
          <w:sz w:val="18"/>
        </w:rPr>
        <w:t>[Address line 1], [City] [PIN]  |  Phone: [Phone]  |  Email: [Email]</w:t>
      </w:r>
    </w:p>
    <w:p>
      <w:pPr>
        <w:spacing w:after="80"/>
      </w:pPr>
      <w:r>
        <w:rPr>
          <w:b w:val="0"/>
          <w:sz w:val="8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Invoice No.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[INV-2026-001]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[DD-MM-YYYY]</w:t>
            </w:r>
          </w:p>
        </w:tc>
      </w:tr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Due date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[DD-MM-YYYY]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PO / ref. no.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[optional]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EEF0FF"/>
          </w:tcPr>
          <w:p>
            <w:r>
              <w:t>Bill to</w:t>
              <w:br/>
              <w:t>[Customer name]</w:t>
              <w:br/>
              <w:t>[Address]</w:t>
              <w:br/>
              <w:t>[Phone / email]</w:t>
            </w:r>
          </w:p>
        </w:tc>
        <w:tc>
          <w:tcPr>
            <w:tcW w:type="dxa" w:w="5046"/>
            <w:shd w:val="clear" w:color="auto" w:fill="EEF0FF"/>
          </w:tcPr>
          <w:p>
            <w:r>
              <w:t>Ship to / delivery address</w:t>
              <w:br/>
              <w:t>[Name]</w:t>
              <w:br/>
              <w:t>[Address, if different]</w:t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2018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2018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2018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Rate</w:t>
            </w:r>
          </w:p>
        </w:tc>
        <w:tc>
          <w:tcPr>
            <w:tcW w:type="dxa" w:w="2018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2018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  <w:t>[Item or service]</w:t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2018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018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018"/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018"/>
          </w:tcPr>
          <w:p>
            <w:r/>
            <w:r>
              <w:rPr>
                <w:sz w:val="19"/>
              </w:rPr>
              <w:t>5</w:t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B1033"/>
          </w:tcPr>
          <w:p>
            <w:r/>
            <w:r>
              <w:rPr>
                <w:b/>
                <w:color w:val="FFFFFF"/>
                <w:sz w:val="19"/>
              </w:rPr>
              <w:t>Summary</w:t>
            </w:r>
          </w:p>
        </w:tc>
        <w:tc>
          <w:tcPr>
            <w:tcW w:type="dxa" w:w="5046"/>
            <w:shd w:val="clear" w:color="auto" w:fill="0B1033"/>
          </w:tcPr>
          <w:p>
            <w:r/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5046"/>
          </w:tcPr>
          <w:p>
            <w:r/>
            <w:r>
              <w:rPr>
                <w:sz w:val="19"/>
              </w:rPr>
              <w:t>Subtotal</w:t>
            </w:r>
          </w:p>
        </w:tc>
        <w:tc>
          <w:tcPr>
            <w:tcW w:type="dxa" w:w="5046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5046"/>
          </w:tcPr>
          <w:p>
            <w:r/>
            <w:r>
              <w:rPr>
                <w:sz w:val="19"/>
              </w:rPr>
              <w:t>Discount</w:t>
            </w:r>
          </w:p>
        </w:tc>
        <w:tc>
          <w:tcPr>
            <w:tcW w:type="dxa" w:w="5046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5046"/>
          </w:tcPr>
          <w:p>
            <w:r/>
            <w:r>
              <w:rPr>
                <w:sz w:val="19"/>
              </w:rPr>
              <w:t>Tax (if any)</w:t>
            </w:r>
          </w:p>
        </w:tc>
        <w:tc>
          <w:tcPr>
            <w:tcW w:type="dxa" w:w="5046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5046"/>
          </w:tcPr>
          <w:p>
            <w:r/>
            <w:r>
              <w:rPr>
                <w:sz w:val="19"/>
              </w:rPr>
              <w:t>Total</w:t>
            </w:r>
          </w:p>
        </w:tc>
        <w:tc>
          <w:tcPr>
            <w:tcW w:type="dxa" w:w="5046"/>
          </w:tcPr>
          <w:p>
            <w:r/>
            <w:r>
              <w:rPr>
                <w:sz w:val="19"/>
              </w:rPr>
              <w:t>[ 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sz w:val="20"/>
        </w:rPr>
        <w:t>Amount in words: [Rupees ... Only]</w:t>
      </w:r>
    </w:p>
    <w:p>
      <w:pPr>
        <w:spacing w:after="80"/>
      </w:pPr>
      <w:r>
        <w:rPr>
          <w:b w:val="0"/>
          <w:sz w:val="18"/>
        </w:rPr>
        <w:t>Bank details: [Bank name], A/c no. [ ], IFSC [ ]  |  UPI: [id@bank]</w:t>
      </w:r>
    </w:p>
    <w:p>
      <w:pPr>
        <w:spacing w:after="80"/>
      </w:pPr>
      <w:r>
        <w:rPr>
          <w:b w:val="0"/>
          <w:sz w:val="18"/>
        </w:rPr>
        <w:t>Terms: [1. Payment due by the due date.] [2. Goods once sold will not be taken back unless defective.]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/>
        </w:tc>
        <w:tc>
          <w:tcPr>
            <w:tcW w:type="dxa" w:w="5046"/>
          </w:tcPr>
          <w:p>
            <w:pPr>
              <w:jc w:val="right"/>
            </w:pPr>
            <w:r>
              <w:t>For [Business Name]</w:t>
            </w:r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r/>
          </w:p>
        </w:tc>
        <w:tc>
          <w:tcPr>
            <w:tcW w:type="dxa" w:w="5046"/>
          </w:tcPr>
          <w:p>
            <w:pPr>
              <w:jc w:val="right"/>
            </w:pPr>
            <w:r>
              <w:t>______________________</w:t>
              <w:br/>
              <w:t>Authorised Signatory</w:t>
            </w:r>
          </w:p>
        </w:tc>
      </w:tr>
    </w:tbl>
    <w:p>
      <w:pPr>
        <w:spacing w:after="80"/>
        <w:jc w:val="center"/>
      </w:pPr>
      <w:r>
        <w:rPr>
          <w:b w:val="0"/>
          <w:color w:val="9CA3AF"/>
          <w:sz w:val="15"/>
        </w:rPr>
        <w:t>Template from invoicetemplate.info. Replace the text in [brackets]. Check current rules for your business.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