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B1033"/>
          <w:sz w:val="30"/>
        </w:rPr>
        <w:t>[Company Name]</w:t>
      </w:r>
    </w:p>
    <w:p>
      <w:pPr>
        <w:spacing w:after="120"/>
        <w:jc w:val="center"/>
      </w:pPr>
      <w:r>
        <w:rPr>
          <w:b w:val="0"/>
          <w:color w:val="6B7280"/>
          <w:sz w:val="18"/>
        </w:rPr>
        <w:t>[Address], [City] [PIN]</w:t>
      </w:r>
    </w:p>
    <w:p>
      <w:pPr>
        <w:spacing w:after="160"/>
        <w:jc w:val="center"/>
      </w:pPr>
      <w:r>
        <w:rPr>
          <w:b/>
          <w:color w:val="2F3FE0"/>
          <w:sz w:val="26"/>
        </w:rPr>
        <w:t>SALARY SLIP FOR THE MONTH OF [MONTH YEAR]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Employee name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[Name]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Employee ID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[ID]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Designation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Department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Date of joining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PAN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UAN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ESI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Bank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Account no.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[XXXXXX1234]</w:t>
            </w:r>
          </w:p>
        </w:tc>
      </w:tr>
      <w:tr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Days in month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  <w:tc>
          <w:tcPr>
            <w:tcW w:type="dxa" w:w="2523"/>
            <w:shd w:val="clear" w:color="auto" w:fill="EEF0FF"/>
          </w:tcPr>
          <w:p>
            <w:r/>
            <w:r>
              <w:rPr>
                <w:b/>
                <w:sz w:val="19"/>
              </w:rPr>
              <w:t>Paid days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sz w:val="19"/>
              </w:rPr>
              <w:t>[ 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Earnings</w:t>
            </w:r>
          </w:p>
        </w:tc>
        <w:tc>
          <w:tcPr>
            <w:tcW w:type="dxa" w:w="2523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  <w:tc>
          <w:tcPr>
            <w:tcW w:type="dxa" w:w="2523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Deductions</w:t>
            </w:r>
          </w:p>
        </w:tc>
        <w:tc>
          <w:tcPr>
            <w:tcW w:type="dxa" w:w="2523"/>
            <w:shd w:val="clear" w:color="auto" w:fill="2F3FE0"/>
          </w:tcPr>
          <w:p>
            <w:r/>
            <w:r>
              <w:rPr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2523"/>
          </w:tcPr>
          <w:p>
            <w:r/>
            <w:r>
              <w:rPr>
                <w:sz w:val="19"/>
              </w:rPr>
              <w:t>Basic salary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Provident fund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523"/>
          </w:tcPr>
          <w:p>
            <w:r/>
            <w:r>
              <w:rPr>
                <w:sz w:val="19"/>
              </w:rPr>
              <w:t>House rent allowance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ESI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523"/>
          </w:tcPr>
          <w:p>
            <w:r/>
            <w:r>
              <w:rPr>
                <w:sz w:val="19"/>
              </w:rPr>
              <w:t>Conveyance allowance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Professional tax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523"/>
          </w:tcPr>
          <w:p>
            <w:r/>
            <w:r>
              <w:rPr>
                <w:sz w:val="19"/>
              </w:rPr>
              <w:t>Special allowance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Income tax (TDS)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523"/>
          </w:tcPr>
          <w:p>
            <w:r/>
            <w:r>
              <w:rPr>
                <w:sz w:val="19"/>
              </w:rPr>
              <w:t>Overtime / bonus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Advance recovery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</w:tr>
      <w:tr>
        <w:tc>
          <w:tcPr>
            <w:tcW w:type="dxa" w:w="2523"/>
          </w:tcPr>
          <w:p>
            <w:r/>
            <w:r>
              <w:rPr>
                <w:sz w:val="19"/>
              </w:rPr>
              <w:t>Gross earnings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Total deductions</w:t>
            </w:r>
          </w:p>
        </w:tc>
        <w:tc>
          <w:tcPr>
            <w:tcW w:type="dxa" w:w="2523"/>
          </w:tcPr>
          <w:p>
            <w:r/>
            <w:r>
              <w:rPr>
                <w:sz w:val="19"/>
              </w:rPr>
              <w:t>[ 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color w:val="2F3FE0"/>
          <w:sz w:val="26"/>
        </w:rPr>
        <w:t>NET PAY: [amount]</w:t>
      </w:r>
    </w:p>
    <w:p>
      <w:pPr>
        <w:spacing w:after="80"/>
      </w:pPr>
      <w:r>
        <w:rPr>
          <w:b/>
          <w:sz w:val="20"/>
        </w:rPr>
        <w:t>Net pay in words: [Rupees ... Only]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</w:tc>
        <w:tc>
          <w:tcPr>
            <w:tcW w:type="dxa" w:w="5046"/>
          </w:tcPr>
          <w:p>
            <w:pPr>
              <w:jc w:val="right"/>
            </w:pPr>
            <w:r>
              <w:t>For [Business Name]</w:t>
            </w:r>
          </w:p>
        </w:tc>
      </w:tr>
      <w:tr>
        <w:tc>
          <w:tcPr>
            <w:tcW w:type="dxa" w:w="5046"/>
          </w:tcPr>
          <w:p/>
        </w:tc>
        <w:tc>
          <w:tcPr>
            <w:tcW w:type="dxa" w:w="5046"/>
          </w:tcPr>
          <w:p/>
        </w:tc>
      </w:tr>
      <w:tr>
        <w:tc>
          <w:tcPr>
            <w:tcW w:type="dxa" w:w="5046"/>
          </w:tcPr>
          <w:p>
            <w:r>
              <w:t>Employee signature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t>______________________</w:t>
              <w:br/>
              <w:t>Authorised signatory (HR / Accounts)</w:t>
            </w:r>
          </w:p>
        </w:tc>
      </w:tr>
    </w:tbl>
    <w:p>
      <w:pPr>
        <w:spacing w:after="80"/>
        <w:jc w:val="center"/>
      </w:pPr>
      <w:r>
        <w:rPr>
          <w:b w:val="0"/>
          <w:color w:val="9CA3AF"/>
          <w:sz w:val="15"/>
        </w:rPr>
        <w:t>Template from invoicetemplate.info. Replace the text in [brackets]. Check current rules for your business.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