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color w:val="2F3FE0"/>
          <w:sz w:val="30"/>
        </w:rPr>
        <w:t>RENT RECEIPT</w:t>
      </w:r>
    </w:p>
    <w:p>
      <w:pPr>
        <w:spacing w:after="80"/>
        <w:jc w:val="center"/>
      </w:pPr>
      <w:r>
        <w:rPr>
          <w:b w:val="0"/>
          <w:sz w:val="19"/>
        </w:rPr>
        <w:t>Receipt no. [RR-01]          Date: [DD-MM-YYYY]</w:t>
      </w:r>
    </w:p>
    <w:p>
      <w:pPr>
        <w:spacing w:after="80"/>
      </w:pPr>
      <w:r>
        <w:rPr>
          <w:b w:val="0"/>
          <w:sz w:val="21"/>
        </w:rPr>
        <w:t>Received a sum of Rs [amount] ([Rupees ... Only]) from [tenant name] towards rent for the month of [Month Year] for the property at [full address of the rented house]. Paid by [cash / bank transfer / UPI / cheque no. ].</w:t>
      </w:r>
    </w:p>
    <w:p>
      <w:pPr>
        <w:spacing w:after="80"/>
      </w:pPr>
      <w:r>
        <w:rPr>
          <w:b w:val="0"/>
          <w:sz w:val="19"/>
        </w:rPr>
        <w:t>Landlord name: [ ]      Landlord PAN: [if yearly rent is above Rs 1,00,000]</w:t>
      </w:r>
    </w:p>
    <w:p>
      <w:pPr>
        <w:spacing w:after="80"/>
      </w:pPr>
      <w:r>
        <w:rPr>
          <w:b w:val="0"/>
          <w:color w:val="6B7280"/>
          <w:sz w:val="18"/>
        </w:rPr>
        <w:t>[Revenue stamp box: for cash receipts above Rs 5,000]                                   ______________________</w:t>
        <w:br/>
        <w:t xml:space="preserve">                                                                                                                         Signature of landlord</w:t>
      </w:r>
    </w:p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80"/>
        <w:jc w:val="center"/>
      </w:pPr>
      <w:r>
        <w:rPr>
          <w:b/>
          <w:color w:val="2F3FE0"/>
          <w:sz w:val="30"/>
        </w:rPr>
        <w:t>RENT RECEIPT</w:t>
      </w:r>
    </w:p>
    <w:p>
      <w:pPr>
        <w:spacing w:after="80"/>
        <w:jc w:val="center"/>
      </w:pPr>
      <w:r>
        <w:rPr>
          <w:b w:val="0"/>
          <w:sz w:val="19"/>
        </w:rPr>
        <w:t>Receipt no. [RR-02]          Date: [DD-MM-YYYY]</w:t>
      </w:r>
    </w:p>
    <w:p>
      <w:pPr>
        <w:spacing w:after="80"/>
      </w:pPr>
      <w:r>
        <w:rPr>
          <w:b w:val="0"/>
          <w:sz w:val="21"/>
        </w:rPr>
        <w:t>Received a sum of Rs [amount] ([Rupees ... Only]) from [tenant name] towards rent for the month of [Month Year] for the property at [full address of the rented house]. Paid by [cash / bank transfer / UPI / cheque no. ].</w:t>
      </w:r>
    </w:p>
    <w:p>
      <w:pPr>
        <w:spacing w:after="80"/>
      </w:pPr>
      <w:r>
        <w:rPr>
          <w:b w:val="0"/>
          <w:sz w:val="19"/>
        </w:rPr>
        <w:t>Landlord name: [ ]      Landlord PAN: [if yearly rent is above Rs 1,00,000]</w:t>
      </w:r>
    </w:p>
    <w:p>
      <w:pPr>
        <w:spacing w:after="80"/>
      </w:pPr>
      <w:r>
        <w:rPr>
          <w:b w:val="0"/>
          <w:color w:val="6B7280"/>
          <w:sz w:val="18"/>
        </w:rPr>
        <w:t>[Revenue stamp box: for cash receipts above Rs 5,000]                                   ______________________</w:t>
        <w:br/>
        <w:t xml:space="preserve">                                                                                                                         Signature of landlord</w:t>
      </w:r>
    </w:p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80"/>
        <w:jc w:val="center"/>
      </w:pPr>
      <w:r>
        <w:rPr>
          <w:b/>
          <w:color w:val="2F3FE0"/>
          <w:sz w:val="30"/>
        </w:rPr>
        <w:t>RENT RECEIPT</w:t>
      </w:r>
    </w:p>
    <w:p>
      <w:pPr>
        <w:spacing w:after="80"/>
        <w:jc w:val="center"/>
      </w:pPr>
      <w:r>
        <w:rPr>
          <w:b w:val="0"/>
          <w:sz w:val="19"/>
        </w:rPr>
        <w:t>Receipt no. [RR-03]          Date: [DD-MM-YYYY]</w:t>
      </w:r>
    </w:p>
    <w:p>
      <w:pPr>
        <w:spacing w:after="80"/>
      </w:pPr>
      <w:r>
        <w:rPr>
          <w:b w:val="0"/>
          <w:sz w:val="21"/>
        </w:rPr>
        <w:t>Received a sum of Rs [amount] ([Rupees ... Only]) from [tenant name] towards rent for the month of [Month Year] for the property at [full address of the rented house]. Paid by [cash / bank transfer / UPI / cheque no. ].</w:t>
      </w:r>
    </w:p>
    <w:p>
      <w:pPr>
        <w:spacing w:after="80"/>
      </w:pPr>
      <w:r>
        <w:rPr>
          <w:b w:val="0"/>
          <w:sz w:val="19"/>
        </w:rPr>
        <w:t>Landlord name: [ ]      Landlord PAN: [if yearly rent is above Rs 1,00,000]</w:t>
      </w:r>
    </w:p>
    <w:p>
      <w:pPr>
        <w:spacing w:after="80"/>
      </w:pPr>
      <w:r>
        <w:rPr>
          <w:b w:val="0"/>
          <w:color w:val="6B7280"/>
          <w:sz w:val="18"/>
        </w:rPr>
        <w:t>[Revenue stamp box: for cash receipts above Rs 5,000]                                   ______________________</w:t>
        <w:br/>
        <w:t xml:space="preserve">                                                                                                                         Signature of landlord</w:t>
      </w:r>
    </w:p>
    <w:p>
      <w:pPr>
        <w:spacing w:after="80"/>
        <w:jc w:val="center"/>
      </w:pPr>
      <w:r>
        <w:rPr>
          <w:b w:val="0"/>
          <w:color w:val="9CA3AF"/>
          <w:sz w:val="18"/>
        </w:rPr>
        <w:t>- - - - - - - - - - - - - - - - - - - - - - - - - - - - - - - - - - - - - - - - - - - - - - - - - - - -</w:t>
      </w:r>
    </w:p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