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30"/>
        </w:rPr>
        <w:t>[Business Name]</w:t>
      </w:r>
    </w:p>
    <w:p>
      <w:pPr>
        <w:spacing w:after="200"/>
        <w:jc w:val="center"/>
      </w:pPr>
      <w:r>
        <w:rPr>
          <w:b w:val="0"/>
          <w:color w:val="6B7280"/>
          <w:sz w:val="18"/>
        </w:rPr>
        <w:t>[Address], [City] [PIN]  |  [Phone]  |  [Email]  |  GSTIN: [if registered]</w:t>
      </w:r>
    </w:p>
    <w:p>
      <w:pPr>
        <w:spacing w:after="160"/>
        <w:jc w:val="center"/>
      </w:pPr>
      <w:r>
        <w:rPr>
          <w:b/>
          <w:color w:val="2F3FE0"/>
          <w:sz w:val="40"/>
        </w:rPr>
        <w:t>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Quotation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[QT-2026-001]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Your enquiry ref.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[Email / call dated]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0"/>
        </w:rPr>
        <w:t>To,</w:t>
        <w:br/>
        <w:t>[Customer name]</w:t>
        <w:br/>
        <w:t>[Company]</w:t>
        <w:br/>
        <w:t>[Address]</w:t>
      </w:r>
    </w:p>
    <w:p>
      <w:pPr>
        <w:spacing w:after="80"/>
      </w:pPr>
      <w:r>
        <w:rPr>
          <w:b/>
          <w:sz w:val="20"/>
        </w:rPr>
        <w:t>Subject: Quotation for [product or work]</w:t>
      </w:r>
    </w:p>
    <w:p>
      <w:pPr>
        <w:spacing w:after="80"/>
      </w:pPr>
      <w:r>
        <w:rPr>
          <w:b w:val="0"/>
          <w:sz w:val="20"/>
        </w:rPr>
        <w:t>Dear [Sir / Madam],</w:t>
        <w:br/>
        <w:t>Thank you for your enquiry. We are pleased to quote our rates as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GST %</w:t>
            </w:r>
          </w:p>
        </w:tc>
        <w:tc>
          <w:tcPr>
            <w:tcW w:type="dxa" w:w="144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44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[Item]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[Nos]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442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42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42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1442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/>
          <w:color w:val="2F3FE0"/>
          <w:sz w:val="22"/>
        </w:rPr>
        <w:t>Terms and conditions</w:t>
      </w:r>
    </w:p>
    <w:p>
      <w:pPr>
        <w:spacing w:after="20"/>
      </w:pPr>
      <w:r>
        <w:rPr>
          <w:b w:val="0"/>
          <w:sz w:val="19"/>
        </w:rPr>
        <w:t>- Prices are valid until the date shown above.</w:t>
      </w:r>
    </w:p>
    <w:p>
      <w:pPr>
        <w:spacing w:after="20"/>
      </w:pPr>
      <w:r>
        <w:rPr>
          <w:b w:val="0"/>
          <w:sz w:val="19"/>
        </w:rPr>
        <w:t>- Taxes: [GST extra as applicable / inclusive].</w:t>
      </w:r>
    </w:p>
    <w:p>
      <w:pPr>
        <w:spacing w:after="20"/>
      </w:pPr>
      <w:r>
        <w:rPr>
          <w:b w:val="0"/>
          <w:sz w:val="19"/>
        </w:rPr>
        <w:t>- Payment: [50% advance with order, balance on delivery].</w:t>
      </w:r>
    </w:p>
    <w:p>
      <w:pPr>
        <w:spacing w:after="20"/>
      </w:pPr>
      <w:r>
        <w:rPr>
          <w:b w:val="0"/>
          <w:sz w:val="19"/>
        </w:rPr>
        <w:t>- Delivery: [within 10 working days from order and advance].</w:t>
      </w:r>
    </w:p>
    <w:p>
      <w:pPr>
        <w:spacing w:after="20"/>
      </w:pPr>
      <w:r>
        <w:rPr>
          <w:b w:val="0"/>
          <w:sz w:val="19"/>
        </w:rPr>
        <w:t>- Warranty: [as per manufacturer].</w:t>
      </w:r>
    </w:p>
    <w:p>
      <w:pPr>
        <w:spacing w:after="20"/>
      </w:pPr>
      <w:r>
        <w:rPr>
          <w:b w:val="0"/>
          <w:sz w:val="19"/>
        </w:rPr>
        <w:t>- Freight and installation: [included / extra].</w:t>
      </w:r>
    </w:p>
    <w:p>
      <w:pPr>
        <w:spacing w:after="80"/>
      </w:pPr>
      <w:r>
        <w:rPr>
          <w:b w:val="0"/>
          <w:sz w:val="20"/>
        </w:rPr>
        <w:br/>
        <w:t>We look forward to your order.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Accepted by (customer)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