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2F3FE0"/>
          <w:sz w:val="40"/>
        </w:rPr>
        <w:t>CASH MEMO</w:t>
      </w:r>
    </w:p>
    <w:p>
      <w:pPr>
        <w:spacing w:after="0"/>
        <w:jc w:val="center"/>
      </w:pPr>
      <w:r>
        <w:rPr>
          <w:b/>
          <w:color w:val="0B1033"/>
          <w:sz w:val="28"/>
        </w:rPr>
        <w:t>[Business Name]</w:t>
      </w:r>
    </w:p>
    <w:p>
      <w:pPr>
        <w:spacing w:after="0"/>
        <w:jc w:val="center"/>
      </w:pPr>
      <w:r>
        <w:rPr>
          <w:b w:val="0"/>
          <w:color w:val="6B7280"/>
          <w:sz w:val="18"/>
        </w:rPr>
        <w:t>[Address line 1], [City] [PIN]  |  Phone: [Phone]  |  Email: [Email]</w:t>
      </w:r>
    </w:p>
    <w:p>
      <w:pPr>
        <w:spacing w:after="80"/>
      </w:pPr>
      <w:r>
        <w:rPr>
          <w:b w:val="0"/>
          <w:sz w:val="8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Memo No.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[CM-001]</w:t>
            </w:r>
          </w:p>
        </w:tc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[DD-MM-YYYY]</w:t>
            </w:r>
          </w:p>
        </w:tc>
      </w:tr>
      <w:tr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Customer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[Name]</w:t>
            </w:r>
          </w:p>
        </w:tc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Address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[Address]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c>
          <w:tcPr>
            <w:tcW w:type="dxa" w:w="2018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2018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Particulars</w:t>
            </w:r>
          </w:p>
        </w:tc>
        <w:tc>
          <w:tcPr>
            <w:tcW w:type="dxa" w:w="2018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Qty</w:t>
            </w:r>
          </w:p>
        </w:tc>
        <w:tc>
          <w:tcPr>
            <w:tcW w:type="dxa" w:w="2018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Rate</w:t>
            </w:r>
          </w:p>
        </w:tc>
        <w:tc>
          <w:tcPr>
            <w:tcW w:type="dxa" w:w="2018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Amount</w:t>
            </w:r>
          </w:p>
        </w:tc>
      </w:tr>
      <w:tr>
        <w:tc>
          <w:tcPr>
            <w:tcW w:type="dxa" w:w="2018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018"/>
          </w:tcPr>
          <w:p>
            <w:r/>
            <w:r>
              <w:rPr>
                <w:sz w:val="19"/>
              </w:rPr>
              <w:t>2</w:t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018"/>
          </w:tcPr>
          <w:p>
            <w:r/>
            <w:r>
              <w:rPr>
                <w:sz w:val="19"/>
              </w:rPr>
              <w:t>3</w:t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018"/>
          </w:tcPr>
          <w:p>
            <w:r/>
            <w:r>
              <w:rPr>
                <w:sz w:val="19"/>
              </w:rPr>
              <w:t>4</w:t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018"/>
          </w:tcPr>
          <w:p>
            <w:r/>
            <w:r>
              <w:rPr>
                <w:sz w:val="19"/>
              </w:rPr>
              <w:t>5</w:t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018"/>
          </w:tcPr>
          <w:p>
            <w:r/>
            <w:r>
              <w:rPr>
                <w:sz w:val="19"/>
              </w:rPr>
              <w:t>6</w:t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018"/>
          </w:tcPr>
          <w:p>
            <w:r/>
            <w:r>
              <w:rPr>
                <w:sz w:val="19"/>
              </w:rPr>
              <w:t>7</w:t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018"/>
          </w:tcPr>
          <w:p>
            <w:r/>
            <w:r>
              <w:rPr>
                <w:sz w:val="19"/>
              </w:rPr>
              <w:t>8</w:t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  <w:t>Total</w:t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  <w:t>[ ]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sz w:val="20"/>
        </w:rPr>
        <w:t>Amount in words: [Rupees ... Only]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/>
        </w:tc>
        <w:tc>
          <w:tcPr>
            <w:tcW w:type="dxa" w:w="5046"/>
          </w:tcPr>
          <w:p>
            <w:pPr>
              <w:jc w:val="right"/>
            </w:pPr>
            <w:r>
              <w:t>For [Business Name]</w:t>
            </w:r>
          </w:p>
        </w:tc>
      </w:tr>
      <w:tr>
        <w:tc>
          <w:tcPr>
            <w:tcW w:type="dxa" w:w="5046"/>
          </w:tcPr>
          <w:p/>
        </w:tc>
        <w:tc>
          <w:tcPr>
            <w:tcW w:type="dxa" w:w="5046"/>
          </w:tcPr>
          <w:p/>
        </w:tc>
      </w:tr>
      <w:tr>
        <w:tc>
          <w:tcPr>
            <w:tcW w:type="dxa" w:w="5046"/>
          </w:tcPr>
          <w:p>
            <w:r>
              <w:t>Customer's signature</w:t>
            </w:r>
          </w:p>
        </w:tc>
        <w:tc>
          <w:tcPr>
            <w:tcW w:type="dxa" w:w="5046"/>
          </w:tcPr>
          <w:p>
            <w:pPr>
              <w:jc w:val="right"/>
            </w:pPr>
            <w:r>
              <w:t>______________________</w:t>
              <w:br/>
              <w:t>Authorised Signatory</w:t>
            </w:r>
          </w:p>
        </w:tc>
      </w:tr>
    </w:tbl>
    <w:p>
      <w:pPr>
        <w:spacing w:after="80"/>
        <w:jc w:val="center"/>
      </w:pPr>
      <w:r>
        <w:rPr>
          <w:b w:val="0"/>
          <w:color w:val="9CA3AF"/>
          <w:sz w:val="15"/>
        </w:rPr>
        <w:t>Template from invoicetemplate.info. Replace the text in [brackets]. Check current rules for your business.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